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5D" w:rsidRDefault="00C5345D" w:rsidP="009516A9">
      <w:pPr>
        <w:pStyle w:val="1"/>
      </w:pPr>
      <w:bookmarkStart w:id="0" w:name="_GoBack"/>
      <w:bookmarkEnd w:id="0"/>
    </w:p>
    <w:p w:rsidR="00C5345D" w:rsidRPr="00391400" w:rsidRDefault="00391400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5345D" w:rsidRPr="00391400" w:rsidRDefault="00391400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C5345D" w:rsidRPr="00391400" w:rsidRDefault="00391400">
      <w:pPr>
        <w:tabs>
          <w:tab w:val="left" w:pos="3824"/>
        </w:tabs>
        <w:autoSpaceDE w:val="0"/>
        <w:autoSpaceDN w:val="0"/>
        <w:spacing w:before="670" w:after="0" w:line="262" w:lineRule="auto"/>
        <w:ind w:left="372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культуры, молодежной политики и спорта </w:t>
      </w:r>
      <w:proofErr w:type="gramStart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Администрации</w:t>
      </w:r>
      <w:proofErr w:type="gramEnd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ЗАТО Межгорье </w:t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Республики Башкортостан</w:t>
      </w:r>
    </w:p>
    <w:p w:rsidR="00C5345D" w:rsidRPr="00391400" w:rsidRDefault="00391400">
      <w:pPr>
        <w:autoSpaceDE w:val="0"/>
        <w:autoSpaceDN w:val="0"/>
        <w:spacing w:before="672" w:after="1376" w:line="230" w:lineRule="auto"/>
        <w:ind w:left="213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МАОУ СОШ №2 ЗАТО Межгорье Республики Башкортостан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3980"/>
        <w:gridCol w:w="2720"/>
      </w:tblGrid>
      <w:tr w:rsidR="00C5345D">
        <w:trPr>
          <w:trHeight w:hRule="exact" w:val="276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C5345D" w:rsidRDefault="00391400">
            <w:pPr>
              <w:autoSpaceDE w:val="0"/>
              <w:autoSpaceDN w:val="0"/>
              <w:spacing w:before="5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C5345D" w:rsidRDefault="00391400">
            <w:pPr>
              <w:autoSpaceDE w:val="0"/>
              <w:autoSpaceDN w:val="0"/>
              <w:spacing w:before="50" w:after="0" w:line="230" w:lineRule="auto"/>
              <w:ind w:left="8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5345D" w:rsidRDefault="00391400">
            <w:pPr>
              <w:autoSpaceDE w:val="0"/>
              <w:autoSpaceDN w:val="0"/>
              <w:spacing w:before="50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5345D">
        <w:trPr>
          <w:trHeight w:hRule="exact" w:val="274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C5345D" w:rsidRDefault="00C36AD4" w:rsidP="00C36AD4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 w:rsidRPr="00C36AD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На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заседании кафедры </w:t>
            </w:r>
          </w:p>
          <w:p w:rsidR="00C36AD4" w:rsidRDefault="00C36AD4" w:rsidP="00C36AD4">
            <w:pPr>
              <w:autoSpaceDE w:val="0"/>
              <w:autoSpaceDN w:val="0"/>
              <w:spacing w:after="0" w:line="230" w:lineRule="auto"/>
              <w:ind w:left="-142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</w:t>
            </w:r>
          </w:p>
          <w:p w:rsidR="00C36AD4" w:rsidRPr="00C36AD4" w:rsidRDefault="00C36AD4" w:rsidP="00C36AD4">
            <w:pPr>
              <w:autoSpaceDE w:val="0"/>
              <w:autoSpaceDN w:val="0"/>
              <w:spacing w:after="0" w:line="230" w:lineRule="auto"/>
              <w:ind w:left="-142"/>
              <w:rPr>
                <w:lang w:val="ru-RU"/>
              </w:rPr>
            </w:pP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C5345D" w:rsidRDefault="00391400">
            <w:pPr>
              <w:autoSpaceDE w:val="0"/>
              <w:autoSpaceDN w:val="0"/>
              <w:spacing w:after="0" w:line="230" w:lineRule="auto"/>
              <w:ind w:left="8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5345D" w:rsidRPr="00C36AD4" w:rsidRDefault="00C5345D">
            <w:pPr>
              <w:autoSpaceDE w:val="0"/>
              <w:autoSpaceDN w:val="0"/>
              <w:spacing w:after="0" w:line="230" w:lineRule="auto"/>
              <w:ind w:left="412"/>
              <w:rPr>
                <w:lang w:val="ru-RU"/>
              </w:rPr>
            </w:pPr>
          </w:p>
        </w:tc>
      </w:tr>
    </w:tbl>
    <w:p w:rsidR="00C36AD4" w:rsidRDefault="00C36AD4" w:rsidP="00C36AD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0"/>
          <w:szCs w:val="28"/>
          <w:lang w:val="ru-RU"/>
        </w:rPr>
        <w:t xml:space="preserve">                                                                                                                                            </w:t>
      </w:r>
      <w:r w:rsidRPr="00C36AD4">
        <w:rPr>
          <w:rFonts w:ascii="Times New Roman" w:eastAsia="Times New Roman" w:hAnsi="Times New Roman"/>
          <w:color w:val="000000"/>
          <w:sz w:val="20"/>
          <w:szCs w:val="28"/>
          <w:lang w:val="ru-RU"/>
        </w:rPr>
        <w:t>прик</w:t>
      </w:r>
      <w:r>
        <w:rPr>
          <w:rFonts w:ascii="Times New Roman" w:eastAsia="Times New Roman" w:hAnsi="Times New Roman"/>
          <w:color w:val="000000"/>
          <w:sz w:val="20"/>
          <w:szCs w:val="28"/>
          <w:lang w:val="ru-RU"/>
        </w:rPr>
        <w:t>азом директора МАОУ СОШ №2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42"/>
        <w:gridCol w:w="3520"/>
        <w:gridCol w:w="3340"/>
      </w:tblGrid>
      <w:tr w:rsidR="00C36AD4">
        <w:trPr>
          <w:trHeight w:hRule="exact" w:val="366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C36AD4" w:rsidRPr="00C36AD4" w:rsidRDefault="00C36AD4" w:rsidP="00C36AD4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C36AD4">
              <w:rPr>
                <w:sz w:val="20"/>
                <w:lang w:val="ru-RU"/>
              </w:rPr>
              <w:t>начальных классов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C36AD4" w:rsidRDefault="00C36AD4" w:rsidP="00C36AD4">
            <w:pPr>
              <w:autoSpaceDE w:val="0"/>
              <w:autoSpaceDN w:val="0"/>
              <w:spacing w:after="0" w:line="240" w:lineRule="auto"/>
              <w:ind w:left="3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C36AD4" w:rsidRPr="00C36AD4" w:rsidRDefault="00C36AD4" w:rsidP="00C36AD4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ЗАТО Межгорье Республики</w:t>
            </w:r>
          </w:p>
        </w:tc>
      </w:tr>
      <w:tr w:rsidR="00C36AD4" w:rsidTr="00C31423">
        <w:trPr>
          <w:trHeight w:hRule="exact" w:val="581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C36AD4" w:rsidRDefault="00C36AD4" w:rsidP="00C36AD4">
            <w:pPr>
              <w:autoSpaceDE w:val="0"/>
              <w:autoSpaceDN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C36AD4" w:rsidRDefault="00C36AD4" w:rsidP="00C36AD4">
            <w:pPr>
              <w:autoSpaceDE w:val="0"/>
              <w:autoSpaceDN w:val="0"/>
              <w:spacing w:after="0" w:line="240" w:lineRule="auto"/>
              <w:ind w:left="3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>"31 08  2023</w:t>
            </w:r>
            <w:r w:rsidRPr="00391400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 xml:space="preserve">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C36AD4" w:rsidRDefault="00C36AD4" w:rsidP="00C36AD4">
            <w:pPr>
              <w:autoSpaceDE w:val="0"/>
              <w:autoSpaceDN w:val="0"/>
              <w:spacing w:after="0" w:line="240" w:lineRule="auto"/>
              <w:ind w:left="372"/>
              <w:rPr>
                <w:lang w:val="ru-RU"/>
              </w:rPr>
            </w:pPr>
            <w:r>
              <w:rPr>
                <w:lang w:val="ru-RU"/>
              </w:rPr>
              <w:t>Башкортостан</w:t>
            </w:r>
          </w:p>
          <w:p w:rsidR="00C31423" w:rsidRPr="00C36AD4" w:rsidRDefault="00C31423" w:rsidP="00C36AD4">
            <w:pPr>
              <w:autoSpaceDE w:val="0"/>
              <w:autoSpaceDN w:val="0"/>
              <w:spacing w:after="0" w:line="240" w:lineRule="auto"/>
              <w:ind w:left="372"/>
              <w:rPr>
                <w:lang w:val="ru-RU"/>
              </w:rPr>
            </w:pPr>
            <w:r>
              <w:rPr>
                <w:lang w:val="ru-RU"/>
              </w:rPr>
              <w:t>Приказ №181</w:t>
            </w:r>
          </w:p>
        </w:tc>
      </w:tr>
      <w:tr w:rsidR="00C36AD4">
        <w:trPr>
          <w:trHeight w:hRule="exact" w:val="396"/>
        </w:trPr>
        <w:tc>
          <w:tcPr>
            <w:tcW w:w="3142" w:type="dxa"/>
            <w:tcMar>
              <w:left w:w="0" w:type="dxa"/>
              <w:right w:w="0" w:type="dxa"/>
            </w:tcMar>
          </w:tcPr>
          <w:p w:rsidR="00C36AD4" w:rsidRDefault="00C36AD4" w:rsidP="00C36AD4">
            <w:pPr>
              <w:autoSpaceDE w:val="0"/>
              <w:autoSpaceDN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>"30</w:t>
            </w:r>
            <w:r w:rsidRPr="00391400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>" 08</w:t>
            </w:r>
            <w:r w:rsidRPr="00391400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>2023</w:t>
            </w:r>
            <w:r w:rsidRPr="00391400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 xml:space="preserve"> г.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C36AD4" w:rsidRDefault="00C36AD4" w:rsidP="00C36AD4">
            <w:pPr>
              <w:autoSpaceDE w:val="0"/>
              <w:autoSpaceDN w:val="0"/>
              <w:spacing w:after="0" w:line="240" w:lineRule="auto"/>
              <w:ind w:left="37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C36AD4" w:rsidRPr="00C31423" w:rsidRDefault="00C31423" w:rsidP="00C36AD4">
            <w:pPr>
              <w:autoSpaceDE w:val="0"/>
              <w:autoSpaceDN w:val="0"/>
              <w:spacing w:after="0" w:line="240" w:lineRule="auto"/>
              <w:ind w:left="372"/>
              <w:rPr>
                <w:u w:val="single"/>
                <w:lang w:val="ru-RU"/>
              </w:rPr>
            </w:pPr>
            <w:proofErr w:type="spellStart"/>
            <w:r w:rsidRPr="00C31423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>от</w:t>
            </w:r>
            <w:proofErr w:type="spellEnd"/>
            <w:r w:rsidRPr="00C31423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</w:rPr>
              <w:t xml:space="preserve"> </w:t>
            </w:r>
            <w:r w:rsidRPr="00C31423">
              <w:rPr>
                <w:rFonts w:ascii="Times New Roman" w:eastAsia="Times New Roman" w:hAnsi="Times New Roman"/>
                <w:color w:val="000000"/>
                <w:w w:val="102"/>
                <w:sz w:val="20"/>
                <w:u w:val="single"/>
                <w:lang w:val="ru-RU"/>
              </w:rPr>
              <w:t>«31» 08 2023 г.</w:t>
            </w:r>
          </w:p>
        </w:tc>
      </w:tr>
    </w:tbl>
    <w:p w:rsidR="00C5345D" w:rsidRPr="000203E0" w:rsidRDefault="00391400">
      <w:pPr>
        <w:autoSpaceDE w:val="0"/>
        <w:autoSpaceDN w:val="0"/>
        <w:spacing w:before="978" w:after="0" w:line="262" w:lineRule="auto"/>
        <w:ind w:left="3744" w:right="3600"/>
        <w:jc w:val="center"/>
        <w:rPr>
          <w:lang w:val="ru-RU"/>
        </w:rPr>
      </w:pPr>
      <w:r w:rsidRPr="000203E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0203E0">
        <w:rPr>
          <w:lang w:val="ru-RU"/>
        </w:rPr>
        <w:br/>
      </w:r>
    </w:p>
    <w:p w:rsidR="00C5345D" w:rsidRPr="00391400" w:rsidRDefault="00391400">
      <w:pPr>
        <w:autoSpaceDE w:val="0"/>
        <w:autoSpaceDN w:val="0"/>
        <w:spacing w:before="166" w:after="0" w:line="262" w:lineRule="auto"/>
        <w:ind w:left="3888" w:right="3600"/>
        <w:jc w:val="center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«Родной язык (русский)»</w:t>
      </w:r>
    </w:p>
    <w:p w:rsidR="00C5345D" w:rsidRDefault="000203E0">
      <w:pPr>
        <w:autoSpaceDE w:val="0"/>
        <w:autoSpaceDN w:val="0"/>
        <w:spacing w:before="670" w:after="0" w:line="262" w:lineRule="auto"/>
        <w:ind w:left="2880" w:right="2592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для обучающихся 1-4 классов</w:t>
      </w:r>
      <w:r w:rsidR="00391400" w:rsidRPr="00391400">
        <w:rPr>
          <w:lang w:val="ru-RU"/>
        </w:rPr>
        <w:br/>
      </w:r>
      <w:r w:rsidR="00C36AD4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="00391400"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</w:t>
      </w:r>
    </w:p>
    <w:p w:rsidR="000203E0" w:rsidRDefault="000203E0">
      <w:pPr>
        <w:autoSpaceDE w:val="0"/>
        <w:autoSpaceDN w:val="0"/>
        <w:spacing w:before="670" w:after="0" w:line="262" w:lineRule="auto"/>
        <w:ind w:left="2880" w:right="2592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203E0" w:rsidRPr="00391400" w:rsidRDefault="000203E0">
      <w:pPr>
        <w:autoSpaceDE w:val="0"/>
        <w:autoSpaceDN w:val="0"/>
        <w:spacing w:before="670" w:after="0" w:line="262" w:lineRule="auto"/>
        <w:ind w:left="2880" w:right="2592"/>
        <w:jc w:val="center"/>
        <w:rPr>
          <w:lang w:val="ru-RU"/>
        </w:rPr>
      </w:pPr>
    </w:p>
    <w:p w:rsidR="000203E0" w:rsidRPr="000203E0" w:rsidRDefault="00391400" w:rsidP="000203E0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0203E0" w:rsidRPr="000203E0">
        <w:rPr>
          <w:rFonts w:ascii="Times New Roman" w:eastAsia="Calibri" w:hAnsi="Times New Roman" w:cs="Times New Roman"/>
          <w:sz w:val="24"/>
          <w:lang w:val="ru-RU"/>
        </w:rPr>
        <w:t>Ким Л.Н, Камардина Л.Г.,</w:t>
      </w:r>
    </w:p>
    <w:p w:rsidR="000203E0" w:rsidRPr="000203E0" w:rsidRDefault="000203E0" w:rsidP="000203E0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lang w:val="ru-RU"/>
        </w:rPr>
      </w:pPr>
      <w:r w:rsidRPr="000203E0">
        <w:rPr>
          <w:rFonts w:ascii="Times New Roman" w:eastAsia="Calibri" w:hAnsi="Times New Roman" w:cs="Times New Roman"/>
          <w:sz w:val="24"/>
          <w:lang w:val="ru-RU"/>
        </w:rPr>
        <w:t xml:space="preserve">                                                                                           </w:t>
      </w:r>
      <w:proofErr w:type="spellStart"/>
      <w:r w:rsidRPr="000203E0">
        <w:rPr>
          <w:rFonts w:ascii="Times New Roman" w:eastAsia="Calibri" w:hAnsi="Times New Roman" w:cs="Times New Roman"/>
          <w:sz w:val="24"/>
          <w:lang w:val="ru-RU"/>
        </w:rPr>
        <w:t>Фахретдинова</w:t>
      </w:r>
      <w:proofErr w:type="spellEnd"/>
      <w:r w:rsidRPr="000203E0">
        <w:rPr>
          <w:rFonts w:ascii="Times New Roman" w:eastAsia="Calibri" w:hAnsi="Times New Roman" w:cs="Times New Roman"/>
          <w:sz w:val="24"/>
          <w:lang w:val="ru-RU"/>
        </w:rPr>
        <w:t xml:space="preserve"> З.Д, Сухова Н.П.,   </w:t>
      </w:r>
    </w:p>
    <w:p w:rsidR="000203E0" w:rsidRPr="000203E0" w:rsidRDefault="000203E0" w:rsidP="000203E0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lang w:val="ru-RU"/>
        </w:rPr>
      </w:pPr>
      <w:r w:rsidRPr="000203E0">
        <w:rPr>
          <w:rFonts w:ascii="Times New Roman" w:eastAsia="Calibri" w:hAnsi="Times New Roman" w:cs="Times New Roman"/>
          <w:sz w:val="24"/>
          <w:lang w:val="ru-RU"/>
        </w:rPr>
        <w:t xml:space="preserve">                                                                                            Колесник И.В., </w:t>
      </w:r>
      <w:proofErr w:type="spellStart"/>
      <w:r w:rsidRPr="000203E0">
        <w:rPr>
          <w:rFonts w:ascii="Times New Roman" w:eastAsia="Calibri" w:hAnsi="Times New Roman" w:cs="Times New Roman"/>
          <w:sz w:val="24"/>
          <w:lang w:val="ru-RU"/>
        </w:rPr>
        <w:t>Пермякова</w:t>
      </w:r>
      <w:proofErr w:type="spellEnd"/>
      <w:r w:rsidRPr="000203E0">
        <w:rPr>
          <w:rFonts w:ascii="Times New Roman" w:eastAsia="Calibri" w:hAnsi="Times New Roman" w:cs="Times New Roman"/>
          <w:sz w:val="24"/>
          <w:lang w:val="ru-RU"/>
        </w:rPr>
        <w:t xml:space="preserve"> И.В.,  </w:t>
      </w:r>
    </w:p>
    <w:p w:rsidR="00391400" w:rsidRDefault="000203E0" w:rsidP="000203E0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lang w:val="ru-RU"/>
        </w:rPr>
      </w:pPr>
      <w:r w:rsidRPr="000203E0">
        <w:rPr>
          <w:rFonts w:ascii="Times New Roman" w:eastAsia="Calibri" w:hAnsi="Times New Roman" w:cs="Times New Roman"/>
          <w:sz w:val="24"/>
          <w:lang w:val="ru-RU"/>
        </w:rPr>
        <w:t xml:space="preserve">                                                                Трофимова Э.В.</w:t>
      </w:r>
    </w:p>
    <w:p w:rsidR="000203E0" w:rsidRDefault="000203E0" w:rsidP="000203E0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:rsidR="000203E0" w:rsidRPr="00391400" w:rsidRDefault="000203E0" w:rsidP="000203E0">
      <w:pPr>
        <w:spacing w:after="0"/>
        <w:ind w:left="120"/>
        <w:jc w:val="center"/>
        <w:rPr>
          <w:lang w:val="ru-RU"/>
        </w:rPr>
      </w:pPr>
    </w:p>
    <w:p w:rsidR="00391400" w:rsidRPr="00391400" w:rsidRDefault="00C36AD4" w:rsidP="003914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Межгорье 2023</w:t>
      </w:r>
    </w:p>
    <w:p w:rsidR="00391400" w:rsidRDefault="00391400" w:rsidP="00391400">
      <w:pPr>
        <w:rPr>
          <w:lang w:val="ru-RU"/>
        </w:rPr>
      </w:pPr>
    </w:p>
    <w:p w:rsidR="00C5345D" w:rsidRDefault="00C5345D">
      <w:pPr>
        <w:autoSpaceDE w:val="0"/>
        <w:autoSpaceDN w:val="0"/>
        <w:spacing w:after="78" w:line="220" w:lineRule="exact"/>
        <w:rPr>
          <w:lang w:val="ru-RU"/>
        </w:rPr>
      </w:pPr>
    </w:p>
    <w:p w:rsidR="000203E0" w:rsidRPr="00391400" w:rsidRDefault="000203E0">
      <w:pPr>
        <w:autoSpaceDE w:val="0"/>
        <w:autoSpaceDN w:val="0"/>
        <w:spacing w:after="78" w:line="220" w:lineRule="exact"/>
        <w:rPr>
          <w:lang w:val="ru-RU"/>
        </w:rPr>
      </w:pPr>
    </w:p>
    <w:p w:rsidR="00C5345D" w:rsidRPr="00391400" w:rsidRDefault="00391400">
      <w:pPr>
        <w:autoSpaceDE w:val="0"/>
        <w:autoSpaceDN w:val="0"/>
        <w:spacing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5345D" w:rsidRPr="00391400" w:rsidRDefault="00391400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 родному  языку  (русскому) для обучающихся 2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C5345D" w:rsidRPr="00391400" w:rsidRDefault="00391400">
      <w:pPr>
        <w:autoSpaceDE w:val="0"/>
        <w:autoSpaceDN w:val="0"/>
        <w:spacing w:before="264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C5345D" w:rsidRPr="00391400" w:rsidRDefault="00391400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«Родной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C5345D" w:rsidRPr="00391400" w:rsidRDefault="0039140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C5345D" w:rsidRPr="00391400" w:rsidRDefault="00391400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C5345D" w:rsidRPr="00391400" w:rsidRDefault="00391400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усский</w:t>
      </w:r>
      <w:proofErr w:type="spellEnd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C5345D" w:rsidRPr="00391400" w:rsidRDefault="0039140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C5345D" w:rsidRPr="00391400" w:rsidRDefault="003914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три блока. Первый блок — «Русский язык: прошлое</w:t>
      </w:r>
    </w:p>
    <w:p w:rsidR="00C5345D" w:rsidRPr="00391400" w:rsidRDefault="00C5345D">
      <w:pPr>
        <w:rPr>
          <w:lang w:val="ru-RU"/>
        </w:rPr>
        <w:sectPr w:rsidR="00C5345D" w:rsidRPr="00391400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345D" w:rsidRPr="00391400" w:rsidRDefault="00C5345D">
      <w:pPr>
        <w:autoSpaceDE w:val="0"/>
        <w:autoSpaceDN w:val="0"/>
        <w:spacing w:after="72" w:line="220" w:lineRule="exact"/>
        <w:rPr>
          <w:lang w:val="ru-RU"/>
        </w:rPr>
      </w:pPr>
    </w:p>
    <w:p w:rsidR="00C5345D" w:rsidRPr="00391400" w:rsidRDefault="00391400">
      <w:pPr>
        <w:autoSpaceDE w:val="0"/>
        <w:autoSpaceDN w:val="0"/>
        <w:spacing w:after="0" w:line="281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C5345D" w:rsidRPr="00391400" w:rsidRDefault="00391400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C5345D" w:rsidRPr="00391400" w:rsidRDefault="00391400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C5345D" w:rsidRPr="00391400" w:rsidRDefault="00391400">
      <w:pPr>
        <w:autoSpaceDE w:val="0"/>
        <w:autoSpaceDN w:val="0"/>
        <w:spacing w:before="262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C5345D" w:rsidRPr="00391400" w:rsidRDefault="00391400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C5345D" w:rsidRPr="00391400" w:rsidRDefault="00391400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C5345D" w:rsidRPr="00391400" w:rsidRDefault="00C5345D">
      <w:pPr>
        <w:rPr>
          <w:lang w:val="ru-RU"/>
        </w:rPr>
        <w:sectPr w:rsidR="00C5345D" w:rsidRPr="00391400">
          <w:pgSz w:w="11900" w:h="16840"/>
          <w:pgMar w:top="292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345D" w:rsidRPr="00391400" w:rsidRDefault="00C5345D">
      <w:pPr>
        <w:autoSpaceDE w:val="0"/>
        <w:autoSpaceDN w:val="0"/>
        <w:spacing w:after="66" w:line="220" w:lineRule="exact"/>
        <w:rPr>
          <w:lang w:val="ru-RU"/>
        </w:rPr>
      </w:pPr>
    </w:p>
    <w:p w:rsidR="00C5345D" w:rsidRPr="00391400" w:rsidRDefault="00391400">
      <w:pPr>
        <w:autoSpaceDE w:val="0"/>
        <w:autoSpaceDN w:val="0"/>
        <w:spacing w:after="0" w:line="262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C5345D" w:rsidRPr="00391400" w:rsidRDefault="00391400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общую учебную нагрузку в объёме 68 часов.</w:t>
      </w:r>
    </w:p>
    <w:p w:rsidR="00C5345D" w:rsidRDefault="00C5345D">
      <w:pPr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91400" w:rsidRPr="00391400" w:rsidRDefault="00391400" w:rsidP="00391400">
      <w:pPr>
        <w:autoSpaceDE w:val="0"/>
        <w:autoSpaceDN w:val="0"/>
        <w:spacing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391400" w:rsidRPr="00391400" w:rsidRDefault="00391400" w:rsidP="00391400">
      <w:pPr>
        <w:autoSpaceDE w:val="0"/>
        <w:autoSpaceDN w:val="0"/>
        <w:spacing w:before="346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городки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салочки, салазки, санки, волчок, свистулька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предметы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традиционного русского быта: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91400" w:rsidRPr="00391400" w:rsidRDefault="00391400" w:rsidP="00391400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391400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391400" w:rsidRPr="00391400" w:rsidRDefault="00391400" w:rsidP="00391400">
      <w:pPr>
        <w:autoSpaceDE w:val="0"/>
        <w:autoSpaceDN w:val="0"/>
        <w:spacing w:before="70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391400" w:rsidRPr="00391400" w:rsidRDefault="00391400" w:rsidP="00391400">
      <w:pPr>
        <w:autoSpaceDE w:val="0"/>
        <w:autoSpaceDN w:val="0"/>
        <w:spacing w:before="262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391400" w:rsidRPr="00391400" w:rsidRDefault="00391400" w:rsidP="003914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391400" w:rsidRPr="00391400" w:rsidRDefault="00391400" w:rsidP="003914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391400" w:rsidRPr="00391400" w:rsidRDefault="00391400" w:rsidP="00391400">
      <w:pPr>
        <w:autoSpaceDE w:val="0"/>
        <w:autoSpaceDN w:val="0"/>
        <w:spacing w:before="262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391400" w:rsidRPr="00391400" w:rsidRDefault="00391400" w:rsidP="00391400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391400" w:rsidRPr="00391400" w:rsidRDefault="00391400" w:rsidP="00391400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91400">
        <w:rPr>
          <w:lang w:val="ru-RU"/>
        </w:rPr>
        <w:lastRenderedPageBreak/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391400" w:rsidRDefault="00391400" w:rsidP="00391400">
      <w:pPr>
        <w:rPr>
          <w:lang w:val="ru-RU"/>
        </w:rPr>
      </w:pPr>
    </w:p>
    <w:p w:rsidR="00391400" w:rsidRPr="00391400" w:rsidRDefault="00391400" w:rsidP="00391400">
      <w:pPr>
        <w:autoSpaceDE w:val="0"/>
        <w:autoSpaceDN w:val="0"/>
        <w:spacing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во 2 классе направлено на достижение обучающимися личностных, </w:t>
      </w:r>
      <w:proofErr w:type="spellStart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391400" w:rsidRPr="00391400" w:rsidRDefault="00391400" w:rsidP="00391400">
      <w:pPr>
        <w:autoSpaceDE w:val="0"/>
        <w:autoSpaceDN w:val="0"/>
        <w:spacing w:before="262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91400" w:rsidRPr="00391400" w:rsidRDefault="00391400" w:rsidP="00391400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391400">
        <w:rPr>
          <w:lang w:val="ru-RU"/>
        </w:rPr>
        <w:lastRenderedPageBreak/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391400" w:rsidRPr="00391400" w:rsidRDefault="00391400" w:rsidP="00391400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  <w:r>
        <w:rPr>
          <w:lang w:val="ru-RU"/>
        </w:rPr>
        <w:t xml:space="preserve">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391400" w:rsidRPr="00391400" w:rsidRDefault="00391400" w:rsidP="00391400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391400" w:rsidRPr="00391400" w:rsidRDefault="00391400" w:rsidP="00391400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91400" w:rsidRPr="00391400" w:rsidRDefault="00391400" w:rsidP="00391400">
      <w:pPr>
        <w:autoSpaceDE w:val="0"/>
        <w:autoSpaceDN w:val="0"/>
        <w:spacing w:before="264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391400">
        <w:rPr>
          <w:lang w:val="ru-RU"/>
        </w:rPr>
        <w:br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391400" w:rsidRDefault="00391400" w:rsidP="00391400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коле у обучающегося формируются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действия.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391400" w:rsidRPr="00391400" w:rsidRDefault="00391400" w:rsidP="00391400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391400">
        <w:rPr>
          <w:lang w:val="ru-RU"/>
        </w:rPr>
        <w:lastRenderedPageBreak/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391400" w:rsidRPr="00391400" w:rsidRDefault="00391400" w:rsidP="00391400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ию учебной задачи для получения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результата;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выстраивать последовательность выбранных действий.</w:t>
      </w:r>
    </w:p>
    <w:p w:rsidR="00391400" w:rsidRPr="00391400" w:rsidRDefault="00391400" w:rsidP="00391400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391400" w:rsidRDefault="00391400" w:rsidP="00391400">
      <w:pPr>
        <w:tabs>
          <w:tab w:val="left" w:pos="180"/>
        </w:tabs>
        <w:autoSpaceDE w:val="0"/>
        <w:autoSpaceDN w:val="0"/>
        <w:spacing w:before="118" w:after="0" w:line="283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мате- риалом, находить орфографическую и пунктуационную ошибку; </w:t>
      </w:r>
      <w:r w:rsidRPr="00391400">
        <w:rPr>
          <w:lang w:val="ru-RU"/>
        </w:rPr>
        <w:br/>
      </w:r>
      <w:r w:rsidRPr="00391400">
        <w:rPr>
          <w:lang w:val="ru-RU"/>
        </w:rPr>
        <w:tab/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391400" w:rsidRPr="00391400" w:rsidRDefault="00391400" w:rsidP="00391400">
      <w:pPr>
        <w:autoSpaceDE w:val="0"/>
        <w:autoSpaceDN w:val="0"/>
        <w:spacing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391400" w:rsidRPr="00391400" w:rsidRDefault="00391400" w:rsidP="00391400">
      <w:pPr>
        <w:autoSpaceDE w:val="0"/>
        <w:autoSpaceDN w:val="0"/>
        <w:spacing w:before="262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91400" w:rsidRPr="00391400" w:rsidRDefault="00391400" w:rsidP="00391400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391400" w:rsidRPr="00391400" w:rsidRDefault="00391400" w:rsidP="003914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91400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391400" w:rsidRPr="00391400" w:rsidRDefault="00391400" w:rsidP="00391400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</w:p>
    <w:p w:rsidR="00391400" w:rsidRPr="00391400" w:rsidRDefault="00391400" w:rsidP="00391400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391400" w:rsidRPr="00391400" w:rsidRDefault="00391400" w:rsidP="00391400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391400" w:rsidRPr="00391400" w:rsidRDefault="00391400" w:rsidP="00391400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391400" w:rsidRPr="00391400" w:rsidRDefault="00391400" w:rsidP="00391400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</w:p>
    <w:p w:rsidR="00391400" w:rsidRPr="00391400" w:rsidRDefault="00391400" w:rsidP="00391400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</w:p>
    <w:p w:rsidR="00391400" w:rsidRPr="00391400" w:rsidRDefault="00391400" w:rsidP="00391400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391400" w:rsidRDefault="00391400" w:rsidP="00391400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</w:p>
    <w:p w:rsidR="00391400" w:rsidRPr="00391400" w:rsidRDefault="00391400" w:rsidP="00391400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391400" w:rsidRPr="00391400" w:rsidRDefault="00391400" w:rsidP="00391400">
      <w:pPr>
        <w:autoSpaceDE w:val="0"/>
        <w:autoSpaceDN w:val="0"/>
        <w:spacing w:before="238" w:after="0" w:line="262" w:lineRule="auto"/>
        <w:ind w:right="720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391400" w:rsidRPr="00391400" w:rsidRDefault="00391400" w:rsidP="00391400">
      <w:pPr>
        <w:autoSpaceDE w:val="0"/>
        <w:autoSpaceDN w:val="0"/>
        <w:spacing w:before="238" w:after="0" w:line="271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391400" w:rsidRPr="00391400" w:rsidRDefault="00391400" w:rsidP="00391400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391400" w:rsidRPr="00391400" w:rsidRDefault="00391400" w:rsidP="00391400">
      <w:pPr>
        <w:autoSpaceDE w:val="0"/>
        <w:autoSpaceDN w:val="0"/>
        <w:spacing w:before="240" w:after="0" w:line="230" w:lineRule="auto"/>
        <w:rPr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</w:p>
    <w:p w:rsidR="00391400" w:rsidRDefault="00391400" w:rsidP="00391400">
      <w:pPr>
        <w:autoSpaceDE w:val="0"/>
        <w:autoSpaceDN w:val="0"/>
        <w:spacing w:before="23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1400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391400" w:rsidRPr="00391400" w:rsidRDefault="00391400" w:rsidP="00391400">
      <w:pPr>
        <w:autoSpaceDE w:val="0"/>
        <w:autoSpaceDN w:val="0"/>
        <w:spacing w:before="238" w:after="0" w:line="230" w:lineRule="auto"/>
        <w:rPr>
          <w:lang w:val="ru-RU"/>
        </w:rPr>
      </w:pPr>
    </w:p>
    <w:p w:rsidR="00391400" w:rsidRPr="00391400" w:rsidRDefault="00391400" w:rsidP="00391400">
      <w:pPr>
        <w:autoSpaceDE w:val="0"/>
        <w:autoSpaceDN w:val="0"/>
        <w:spacing w:after="78" w:line="220" w:lineRule="exact"/>
        <w:rPr>
          <w:lang w:val="ru-RU"/>
        </w:rPr>
      </w:pPr>
    </w:p>
    <w:p w:rsidR="00C5345D" w:rsidRPr="00391400" w:rsidRDefault="00C5345D">
      <w:pPr>
        <w:rPr>
          <w:lang w:val="ru-RU"/>
        </w:rPr>
        <w:sectPr w:rsidR="00C5345D" w:rsidRPr="0039140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91400" w:rsidRPr="00391400" w:rsidRDefault="00391400">
      <w:pPr>
        <w:rPr>
          <w:lang w:val="ru-RU"/>
        </w:rPr>
      </w:pPr>
    </w:p>
    <w:sectPr w:rsidR="00391400" w:rsidRPr="0039140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03E0"/>
    <w:rsid w:val="00034616"/>
    <w:rsid w:val="0006063C"/>
    <w:rsid w:val="0015074B"/>
    <w:rsid w:val="00194642"/>
    <w:rsid w:val="0025198A"/>
    <w:rsid w:val="0029639D"/>
    <w:rsid w:val="00326F90"/>
    <w:rsid w:val="00391400"/>
    <w:rsid w:val="006E7769"/>
    <w:rsid w:val="007B0385"/>
    <w:rsid w:val="009516A9"/>
    <w:rsid w:val="00AA1D8D"/>
    <w:rsid w:val="00B47730"/>
    <w:rsid w:val="00C31423"/>
    <w:rsid w:val="00C36AD4"/>
    <w:rsid w:val="00C5345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B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B0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B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B0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9186F7-5862-40D7-9B46-1ED99C49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3549</Words>
  <Characters>20234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23736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schol</cp:lastModifiedBy>
  <cp:revision>6</cp:revision>
  <cp:lastPrinted>2022-09-14T14:22:00Z</cp:lastPrinted>
  <dcterms:created xsi:type="dcterms:W3CDTF">2023-09-10T16:57:00Z</dcterms:created>
  <dcterms:modified xsi:type="dcterms:W3CDTF">2023-10-02T08:09:00Z</dcterms:modified>
  <cp:category/>
</cp:coreProperties>
</file>